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CF90C" w14:textId="77777777" w:rsidR="00063415" w:rsidRPr="0045366A" w:rsidRDefault="009807E9">
      <w:pPr>
        <w:spacing w:after="40" w:line="252" w:lineRule="auto"/>
        <w:jc w:val="right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 xml:space="preserve">Администратору интернет-магазина </w:t>
      </w:r>
      <w:proofErr w:type="spellStart"/>
      <w:r w:rsidRPr="0045366A">
        <w:rPr>
          <w:rFonts w:ascii="Calibri" w:hAnsi="Calibri" w:cs="Calibri"/>
          <w:sz w:val="24"/>
          <w:szCs w:val="24"/>
        </w:rPr>
        <w:t>Onlyspin</w:t>
      </w:r>
      <w:proofErr w:type="spellEnd"/>
      <w:r w:rsidRPr="0045366A">
        <w:rPr>
          <w:rFonts w:ascii="Calibri" w:hAnsi="Calibri" w:cs="Calibri"/>
          <w:sz w:val="24"/>
          <w:szCs w:val="24"/>
          <w:lang w:val="ru-RU"/>
        </w:rPr>
        <w:t>.</w:t>
      </w:r>
      <w:proofErr w:type="spellStart"/>
      <w:r w:rsidRPr="0045366A">
        <w:rPr>
          <w:rFonts w:ascii="Calibri" w:hAnsi="Calibri" w:cs="Calibri"/>
          <w:sz w:val="24"/>
          <w:szCs w:val="24"/>
        </w:rPr>
        <w:t>ru</w:t>
      </w:r>
      <w:proofErr w:type="spellEnd"/>
    </w:p>
    <w:p w14:paraId="2D4B48E8" w14:textId="77777777" w:rsidR="00063415" w:rsidRPr="0045366A" w:rsidRDefault="009807E9">
      <w:pPr>
        <w:spacing w:after="240" w:line="252" w:lineRule="auto"/>
        <w:jc w:val="right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от ____________________________________________</w:t>
      </w:r>
    </w:p>
    <w:p w14:paraId="3C38B663" w14:textId="77777777" w:rsidR="00063415" w:rsidRPr="0045366A" w:rsidRDefault="009807E9">
      <w:pPr>
        <w:spacing w:after="280" w:line="252" w:lineRule="auto"/>
        <w:jc w:val="center"/>
        <w:rPr>
          <w:rFonts w:ascii="Calibri" w:hAnsi="Calibri" w:cs="Calibri"/>
          <w:b/>
          <w:bCs/>
          <w:sz w:val="24"/>
          <w:szCs w:val="24"/>
          <w:lang w:val="ru-RU"/>
        </w:rPr>
      </w:pPr>
      <w:r w:rsidRPr="0045366A">
        <w:rPr>
          <w:rFonts w:ascii="Calibri" w:hAnsi="Calibri" w:cs="Calibri"/>
          <w:b/>
          <w:bCs/>
          <w:sz w:val="24"/>
          <w:szCs w:val="24"/>
          <w:lang w:val="ru-RU"/>
        </w:rPr>
        <w:t>ОБРАЩЕНИЕ ПО ПОЛОМКЕ УДИЛИЩА</w:t>
      </w:r>
    </w:p>
    <w:p w14:paraId="2AE53264" w14:textId="0185D3BC" w:rsidR="002C3F02" w:rsidRPr="0045366A" w:rsidRDefault="009807E9" w:rsidP="002C3F02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 xml:space="preserve">Ф.И.О. покупателя: </w:t>
      </w:r>
      <w:r w:rsidR="002C3F02"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</w:t>
      </w:r>
    </w:p>
    <w:p w14:paraId="7F0B212C" w14:textId="6A6CF7B1" w:rsidR="00063415" w:rsidRPr="0045366A" w:rsidRDefault="009807E9">
      <w:pPr>
        <w:spacing w:after="10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 xml:space="preserve">Телефон: </w:t>
      </w:r>
      <w:r w:rsidR="002C3F02"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</w:t>
      </w:r>
    </w:p>
    <w:p w14:paraId="6904879F" w14:textId="1E045770" w:rsidR="00063415" w:rsidRPr="0045366A" w:rsidRDefault="009807E9">
      <w:pPr>
        <w:spacing w:after="10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 xml:space="preserve">Электронная почта: </w:t>
      </w:r>
      <w:r w:rsidR="002C3F02"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</w:t>
      </w:r>
    </w:p>
    <w:p w14:paraId="6DD3DBAA" w14:textId="77777777" w:rsidR="00063415" w:rsidRPr="0045366A" w:rsidRDefault="009807E9">
      <w:pPr>
        <w:keepNext/>
        <w:spacing w:before="140" w:after="80" w:line="252" w:lineRule="auto"/>
        <w:rPr>
          <w:rFonts w:ascii="Calibri" w:hAnsi="Calibri" w:cs="Calibri"/>
          <w:b/>
          <w:bCs/>
          <w:sz w:val="24"/>
          <w:szCs w:val="24"/>
          <w:lang w:val="ru-RU"/>
        </w:rPr>
      </w:pPr>
      <w:r w:rsidRPr="0045366A">
        <w:rPr>
          <w:rFonts w:ascii="Calibri" w:hAnsi="Calibri" w:cs="Calibri"/>
          <w:b/>
          <w:bCs/>
          <w:sz w:val="24"/>
          <w:szCs w:val="24"/>
          <w:lang w:val="ru-RU"/>
        </w:rPr>
        <w:t>Сведения о покупке и удилище</w:t>
      </w:r>
    </w:p>
    <w:p w14:paraId="1934E020" w14:textId="0512C82F" w:rsidR="002C3F02" w:rsidRPr="0045366A" w:rsidRDefault="009807E9" w:rsidP="002C3F02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 xml:space="preserve">Дата покупки: «____» __________________ 20____ г. </w:t>
      </w:r>
    </w:p>
    <w:p w14:paraId="35F9C4C5" w14:textId="5E398BD4" w:rsidR="00063415" w:rsidRPr="0045366A" w:rsidRDefault="009807E9" w:rsidP="002C3F02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 xml:space="preserve">Номер заказа: </w:t>
      </w:r>
      <w:r w:rsidR="002C3F02"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</w:t>
      </w:r>
      <w:r w:rsidR="002845F7">
        <w:rPr>
          <w:rFonts w:ascii="Calibri" w:hAnsi="Calibri" w:cs="Calibri"/>
          <w:sz w:val="24"/>
          <w:szCs w:val="24"/>
          <w:lang w:val="ru-RU"/>
        </w:rPr>
        <w:t>_</w:t>
      </w:r>
    </w:p>
    <w:p w14:paraId="49FE8552" w14:textId="60B62FD6" w:rsidR="00063415" w:rsidRPr="0045366A" w:rsidRDefault="009807E9">
      <w:pPr>
        <w:keepNext/>
        <w:spacing w:after="2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Модель удилища:</w:t>
      </w:r>
      <w:r w:rsidR="00864D95" w:rsidRPr="0045366A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864D95"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</w:t>
      </w:r>
      <w:r w:rsidR="002845F7">
        <w:rPr>
          <w:rFonts w:ascii="Calibri" w:hAnsi="Calibri" w:cs="Calibri"/>
          <w:sz w:val="24"/>
          <w:szCs w:val="24"/>
          <w:lang w:val="ru-RU"/>
        </w:rPr>
        <w:t>_</w:t>
      </w:r>
    </w:p>
    <w:p w14:paraId="6024EF50" w14:textId="097A3892" w:rsidR="002C3F02" w:rsidRPr="0045366A" w:rsidRDefault="009807E9" w:rsidP="002C3F02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 xml:space="preserve">Срок эксплуатации до поломки: </w:t>
      </w:r>
      <w:r w:rsidR="002C3F02"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</w:t>
      </w:r>
    </w:p>
    <w:p w14:paraId="1DFC7684" w14:textId="77777777" w:rsidR="00063415" w:rsidRPr="0045366A" w:rsidRDefault="009807E9">
      <w:pPr>
        <w:keepNext/>
        <w:spacing w:before="140" w:after="80" w:line="252" w:lineRule="auto"/>
        <w:rPr>
          <w:rFonts w:ascii="Calibri" w:hAnsi="Calibri" w:cs="Calibri"/>
          <w:b/>
          <w:bCs/>
          <w:sz w:val="24"/>
          <w:szCs w:val="24"/>
          <w:lang w:val="ru-RU"/>
        </w:rPr>
      </w:pPr>
      <w:r w:rsidRPr="0045366A">
        <w:rPr>
          <w:rFonts w:ascii="Calibri" w:hAnsi="Calibri" w:cs="Calibri"/>
          <w:b/>
          <w:bCs/>
          <w:sz w:val="24"/>
          <w:szCs w:val="24"/>
          <w:lang w:val="ru-RU"/>
        </w:rPr>
        <w:t>Условия ловли</w:t>
      </w:r>
    </w:p>
    <w:p w14:paraId="3FE1A9E0" w14:textId="0F43485D" w:rsidR="00063415" w:rsidRPr="0045366A" w:rsidRDefault="009807E9" w:rsidP="006E48E0">
      <w:pPr>
        <w:keepNext/>
        <w:spacing w:after="2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Место ловли / водоём:</w:t>
      </w:r>
      <w:r w:rsidR="009D57A3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45366A">
        <w:rPr>
          <w:rFonts w:ascii="Calibri" w:hAnsi="Calibri" w:cs="Calibri"/>
          <w:sz w:val="24"/>
          <w:szCs w:val="24"/>
          <w:lang w:val="ru-RU"/>
        </w:rPr>
        <w:t>____________</w:t>
      </w:r>
      <w:bookmarkStart w:id="0" w:name="_GoBack"/>
      <w:bookmarkEnd w:id="0"/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</w:t>
      </w:r>
      <w:r w:rsidR="009D57A3">
        <w:rPr>
          <w:rFonts w:ascii="Calibri" w:hAnsi="Calibri" w:cs="Calibri"/>
          <w:sz w:val="24"/>
          <w:szCs w:val="24"/>
          <w:lang w:val="ru-RU"/>
        </w:rPr>
        <w:t>_</w:t>
      </w:r>
    </w:p>
    <w:p w14:paraId="4F3ED083" w14:textId="77777777" w:rsidR="00063415" w:rsidRPr="0045366A" w:rsidRDefault="009807E9">
      <w:pPr>
        <w:keepNext/>
        <w:spacing w:after="2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Условия ловли (берег или лодка, погода, течение, глубина и другие обстоятельства):</w:t>
      </w:r>
    </w:p>
    <w:p w14:paraId="13014AA0" w14:textId="62413903" w:rsidR="00063415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6FA789F9" w14:textId="77777777" w:rsidR="00FE6B84" w:rsidRPr="0045366A" w:rsidRDefault="00FE6B84" w:rsidP="00FE6B84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7D45CA13" w14:textId="77777777" w:rsidR="00063415" w:rsidRPr="0045366A" w:rsidRDefault="009807E9">
      <w:pPr>
        <w:keepNext/>
        <w:spacing w:after="2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Используемая леска / шнур и оснастка:</w:t>
      </w:r>
    </w:p>
    <w:p w14:paraId="7966278C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5F080E62" w14:textId="2EA70640" w:rsidR="00063415" w:rsidRPr="0045366A" w:rsidRDefault="009807E9">
      <w:pPr>
        <w:spacing w:after="10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 xml:space="preserve">Вес приманки с учётом груза и элементов оснастки: _____________ г </w:t>
      </w:r>
    </w:p>
    <w:p w14:paraId="531CAE6D" w14:textId="77777777" w:rsidR="00063415" w:rsidRPr="0045366A" w:rsidRDefault="009807E9">
      <w:pPr>
        <w:keepNext/>
        <w:spacing w:before="140" w:after="80" w:line="252" w:lineRule="auto"/>
        <w:rPr>
          <w:rFonts w:ascii="Calibri" w:hAnsi="Calibri" w:cs="Calibri"/>
          <w:b/>
          <w:bCs/>
          <w:sz w:val="24"/>
          <w:szCs w:val="24"/>
          <w:lang w:val="ru-RU"/>
        </w:rPr>
      </w:pPr>
      <w:r w:rsidRPr="0045366A">
        <w:rPr>
          <w:rFonts w:ascii="Calibri" w:hAnsi="Calibri" w:cs="Calibri"/>
          <w:b/>
          <w:bCs/>
          <w:sz w:val="24"/>
          <w:szCs w:val="24"/>
          <w:lang w:val="ru-RU"/>
        </w:rPr>
        <w:t>Описание поломки</w:t>
      </w:r>
    </w:p>
    <w:p w14:paraId="0E5C69DC" w14:textId="77777777" w:rsidR="00063415" w:rsidRPr="0045366A" w:rsidRDefault="009807E9">
      <w:pPr>
        <w:spacing w:after="6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Опишите, при каких обстоятельствах произошла поломка: что выполнялось в этот момент, какая часть удилища сломалась, была ли дополнительная нагрузка.</w:t>
      </w:r>
    </w:p>
    <w:p w14:paraId="1C0E495D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6B2132C0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41823B18" w14:textId="77777777" w:rsidR="00063415" w:rsidRPr="0045366A" w:rsidRDefault="009807E9">
      <w:pPr>
        <w:keepNext/>
        <w:spacing w:before="140" w:after="80" w:line="252" w:lineRule="auto"/>
        <w:rPr>
          <w:rFonts w:ascii="Calibri" w:hAnsi="Calibri" w:cs="Calibri"/>
          <w:b/>
          <w:bCs/>
          <w:sz w:val="24"/>
          <w:szCs w:val="24"/>
          <w:lang w:val="ru-RU"/>
        </w:rPr>
      </w:pPr>
      <w:r w:rsidRPr="0045366A">
        <w:rPr>
          <w:rFonts w:ascii="Calibri" w:hAnsi="Calibri" w:cs="Calibri"/>
          <w:b/>
          <w:bCs/>
          <w:sz w:val="24"/>
          <w:szCs w:val="24"/>
          <w:lang w:val="ru-RU"/>
        </w:rPr>
        <w:t>Дополнительная информация</w:t>
      </w:r>
    </w:p>
    <w:p w14:paraId="3C21EA1A" w14:textId="77777777" w:rsidR="00063415" w:rsidRPr="0045366A" w:rsidRDefault="009807E9">
      <w:pPr>
        <w:keepNext/>
        <w:spacing w:after="2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Были ли до поломки повреждения удилища, удары, падения или ремонт:</w:t>
      </w:r>
    </w:p>
    <w:p w14:paraId="7C1EADE0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0FE71296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3460FF9E" w14:textId="77777777" w:rsidR="00063415" w:rsidRPr="0045366A" w:rsidRDefault="009807E9">
      <w:pPr>
        <w:keepNext/>
        <w:spacing w:after="2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Как удилище перевозилось и хранилось:</w:t>
      </w:r>
    </w:p>
    <w:p w14:paraId="5F6EA7BD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4EF12DDA" w14:textId="77777777" w:rsidR="00063415" w:rsidRPr="0045366A" w:rsidRDefault="009807E9">
      <w:pPr>
        <w:keepNext/>
        <w:spacing w:after="2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Иные сведения, которые могут иметь значение при рассмотрении обращения:</w:t>
      </w:r>
    </w:p>
    <w:p w14:paraId="1578DB1D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587AB5FC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2CDCCDDC" w14:textId="77777777" w:rsidR="00063415" w:rsidRPr="00CD0670" w:rsidRDefault="009807E9">
      <w:pPr>
        <w:keepNext/>
        <w:spacing w:before="140" w:after="80" w:line="252" w:lineRule="auto"/>
        <w:rPr>
          <w:rFonts w:ascii="Calibri" w:hAnsi="Calibri" w:cs="Calibri"/>
          <w:b/>
          <w:bCs/>
          <w:sz w:val="24"/>
          <w:szCs w:val="24"/>
          <w:lang w:val="ru-RU"/>
        </w:rPr>
      </w:pPr>
      <w:r w:rsidRPr="00CD0670">
        <w:rPr>
          <w:rFonts w:ascii="Calibri" w:hAnsi="Calibri" w:cs="Calibri"/>
          <w:b/>
          <w:bCs/>
          <w:sz w:val="24"/>
          <w:szCs w:val="24"/>
          <w:lang w:val="ru-RU"/>
        </w:rPr>
        <w:t>Пожелания при рассмотрении обращения</w:t>
      </w:r>
    </w:p>
    <w:p w14:paraId="2DD22AFE" w14:textId="1AF4A322" w:rsidR="00063415" w:rsidRPr="0045366A" w:rsidRDefault="009807E9">
      <w:pPr>
        <w:spacing w:after="6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Прошу рассмотреть описанный случай как гарантийный. Желаемый вариант решения (замена удилища или секции, возврат денежных средств либо другой вариант):</w:t>
      </w:r>
    </w:p>
    <w:p w14:paraId="52053383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69CA4C4C" w14:textId="77777777" w:rsidR="00063415" w:rsidRPr="0045366A" w:rsidRDefault="009807E9">
      <w:pPr>
        <w:keepNext/>
        <w:spacing w:before="140" w:after="80" w:line="252" w:lineRule="auto"/>
        <w:rPr>
          <w:rFonts w:ascii="Calibri" w:hAnsi="Calibri" w:cs="Calibri"/>
          <w:b/>
          <w:bCs/>
          <w:sz w:val="24"/>
          <w:szCs w:val="24"/>
          <w:lang w:val="ru-RU"/>
        </w:rPr>
      </w:pPr>
      <w:r w:rsidRPr="0045366A">
        <w:rPr>
          <w:rFonts w:ascii="Calibri" w:hAnsi="Calibri" w:cs="Calibri"/>
          <w:b/>
          <w:bCs/>
          <w:sz w:val="24"/>
          <w:szCs w:val="24"/>
          <w:lang w:val="ru-RU"/>
        </w:rPr>
        <w:t>К обращению прилагаются</w:t>
      </w:r>
    </w:p>
    <w:p w14:paraId="10DDE8D0" w14:textId="77777777" w:rsidR="00063415" w:rsidRPr="0045366A" w:rsidRDefault="009807E9">
      <w:pPr>
        <w:keepNext/>
        <w:spacing w:after="2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Фотографии и другие материалы:</w:t>
      </w:r>
    </w:p>
    <w:p w14:paraId="27BDFAC1" w14:textId="77777777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________________________________________________________________________________</w:t>
      </w:r>
    </w:p>
    <w:p w14:paraId="269C913B" w14:textId="77777777" w:rsidR="00063415" w:rsidRPr="0045366A" w:rsidRDefault="009807E9">
      <w:pPr>
        <w:spacing w:before="160" w:after="2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lastRenderedPageBreak/>
        <w:t>Подтверждаю, что указанные сведения соответствуют фактическим обстоятельствам поломки.</w:t>
      </w:r>
    </w:p>
    <w:p w14:paraId="5F7C4C4A" w14:textId="77777777" w:rsidR="00063415" w:rsidRPr="0045366A" w:rsidRDefault="009807E9">
      <w:pPr>
        <w:spacing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Дата обращения: «____» __________________ 20____ г.</w:t>
      </w:r>
    </w:p>
    <w:p w14:paraId="3E879424" w14:textId="1CBC6764" w:rsidR="00063415" w:rsidRPr="0045366A" w:rsidRDefault="009807E9">
      <w:pPr>
        <w:spacing w:after="2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Подпись: _______________________    Расшифровка: __________________________</w:t>
      </w:r>
      <w:r w:rsidR="000F04BE" w:rsidRPr="0045366A">
        <w:rPr>
          <w:rFonts w:ascii="Calibri" w:hAnsi="Calibri" w:cs="Calibri"/>
          <w:sz w:val="24"/>
          <w:szCs w:val="24"/>
          <w:lang w:val="ru-RU"/>
        </w:rPr>
        <w:t>_</w:t>
      </w:r>
    </w:p>
    <w:p w14:paraId="724AFA13" w14:textId="3BBB8E86" w:rsidR="00063415" w:rsidRPr="0045366A" w:rsidRDefault="009807E9">
      <w:pPr>
        <w:spacing w:after="40" w:line="252" w:lineRule="auto"/>
        <w:rPr>
          <w:rFonts w:ascii="Calibri" w:hAnsi="Calibri" w:cs="Calibri"/>
          <w:sz w:val="24"/>
          <w:szCs w:val="24"/>
          <w:lang w:val="ru-RU"/>
        </w:rPr>
      </w:pPr>
      <w:r w:rsidRPr="0045366A">
        <w:rPr>
          <w:rFonts w:ascii="Calibri" w:hAnsi="Calibri" w:cs="Calibri"/>
          <w:sz w:val="24"/>
          <w:szCs w:val="24"/>
          <w:lang w:val="ru-RU"/>
        </w:rPr>
        <w:t>Отметка магазина о принятии обращения: ____________________________________________</w:t>
      </w:r>
      <w:r w:rsidR="000F04BE" w:rsidRPr="0045366A">
        <w:rPr>
          <w:rFonts w:ascii="Calibri" w:hAnsi="Calibri" w:cs="Calibri"/>
          <w:sz w:val="24"/>
          <w:szCs w:val="24"/>
          <w:lang w:val="ru-RU"/>
        </w:rPr>
        <w:t>________</w:t>
      </w:r>
    </w:p>
    <w:sectPr w:rsidR="00063415" w:rsidRPr="0045366A" w:rsidSect="008618C9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E6054" w14:textId="77777777" w:rsidR="00977BF9" w:rsidRDefault="00977BF9">
      <w:pPr>
        <w:spacing w:after="0" w:line="240" w:lineRule="auto"/>
      </w:pPr>
      <w:r>
        <w:separator/>
      </w:r>
    </w:p>
  </w:endnote>
  <w:endnote w:type="continuationSeparator" w:id="0">
    <w:p w14:paraId="7A185208" w14:textId="77777777" w:rsidR="00977BF9" w:rsidRDefault="0097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88DD0" w14:textId="77777777" w:rsidR="00977BF9" w:rsidRDefault="00977BF9">
      <w:pPr>
        <w:spacing w:after="0" w:line="240" w:lineRule="auto"/>
      </w:pPr>
      <w:r>
        <w:separator/>
      </w:r>
    </w:p>
  </w:footnote>
  <w:footnote w:type="continuationSeparator" w:id="0">
    <w:p w14:paraId="35532577" w14:textId="77777777" w:rsidR="00977BF9" w:rsidRDefault="0097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415"/>
    <w:rsid w:val="000D6718"/>
    <w:rsid w:val="000F04BE"/>
    <w:rsid w:val="0012156C"/>
    <w:rsid w:val="00140C0C"/>
    <w:rsid w:val="0015074B"/>
    <w:rsid w:val="002845F7"/>
    <w:rsid w:val="0029639D"/>
    <w:rsid w:val="002C3F02"/>
    <w:rsid w:val="00326F90"/>
    <w:rsid w:val="003D791C"/>
    <w:rsid w:val="0045366A"/>
    <w:rsid w:val="004C425A"/>
    <w:rsid w:val="00670C82"/>
    <w:rsid w:val="006E48E0"/>
    <w:rsid w:val="008618C9"/>
    <w:rsid w:val="00864D95"/>
    <w:rsid w:val="008F5157"/>
    <w:rsid w:val="00977BF9"/>
    <w:rsid w:val="009807E9"/>
    <w:rsid w:val="009D57A3"/>
    <w:rsid w:val="00AA1D8D"/>
    <w:rsid w:val="00B47730"/>
    <w:rsid w:val="00C23BF2"/>
    <w:rsid w:val="00CB0664"/>
    <w:rsid w:val="00CD0670"/>
    <w:rsid w:val="00D72712"/>
    <w:rsid w:val="00D73E2B"/>
    <w:rsid w:val="00E00741"/>
    <w:rsid w:val="00E96C6A"/>
    <w:rsid w:val="00F022F9"/>
    <w:rsid w:val="00F64C9A"/>
    <w:rsid w:val="00F74FA6"/>
    <w:rsid w:val="00FC693F"/>
    <w:rsid w:val="00F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E2249"/>
  <w14:defaultImageDpi w14:val="300"/>
  <w15:docId w15:val="{2A71B3FE-054B-4FF2-B8CC-E442E0C1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5FEE19-6D12-4A28-BEF8-119150B24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по поломке удилища</dc:title>
  <dc:subject>Бланк для заполнения покупателем от руки</dc:subject>
  <dc:creator>Onlyspin.ru</dc:creator>
  <cp:keywords/>
  <dc:description>generated by python-docx</dc:description>
  <cp:lastModifiedBy>GNIKARSSON-PC</cp:lastModifiedBy>
  <cp:revision>20</cp:revision>
  <dcterms:created xsi:type="dcterms:W3CDTF">2026-09-01T17:54:00Z</dcterms:created>
  <dcterms:modified xsi:type="dcterms:W3CDTF">2026-09-01T18:06:00Z</dcterms:modified>
  <cp:category/>
</cp:coreProperties>
</file>